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1C0F6" w14:textId="77777777" w:rsidR="001E0CFE" w:rsidRPr="001E0CFE" w:rsidRDefault="001E0CFE" w:rsidP="001E0CFE">
      <w:pPr>
        <w:rPr>
          <w:lang w:val="nl-NL"/>
        </w:rPr>
      </w:pPr>
      <w:r w:rsidRPr="001E0CFE">
        <w:rPr>
          <w:b/>
          <w:bCs/>
          <w:lang w:val="nl-NL"/>
        </w:rPr>
        <w:t>Privacyverklaring – e-</w:t>
      </w:r>
      <w:proofErr w:type="spellStart"/>
      <w:r w:rsidRPr="001E0CFE">
        <w:rPr>
          <w:b/>
          <w:bCs/>
          <w:lang w:val="nl-NL"/>
        </w:rPr>
        <w:t>Hive</w:t>
      </w:r>
      <w:proofErr w:type="spellEnd"/>
      <w:r w:rsidRPr="001E0CFE">
        <w:rPr>
          <w:b/>
          <w:bCs/>
          <w:lang w:val="nl-NL"/>
        </w:rPr>
        <w:t xml:space="preserve"> / HVSU B.V.</w:t>
      </w:r>
    </w:p>
    <w:p w14:paraId="2D64A849" w14:textId="77777777" w:rsidR="001E0CFE" w:rsidRPr="001E0CFE" w:rsidRDefault="001E0CFE" w:rsidP="001E0CFE">
      <w:pPr>
        <w:rPr>
          <w:lang w:val="nl-NL"/>
        </w:rPr>
      </w:pPr>
      <w:r w:rsidRPr="001E0CFE">
        <w:rPr>
          <w:lang w:val="nl-NL"/>
        </w:rPr>
        <w:t>e-</w:t>
      </w:r>
      <w:proofErr w:type="spellStart"/>
      <w:r w:rsidRPr="001E0CFE">
        <w:rPr>
          <w:lang w:val="nl-NL"/>
        </w:rPr>
        <w:t>Hive</w:t>
      </w:r>
      <w:proofErr w:type="spellEnd"/>
      <w:r w:rsidRPr="001E0CFE">
        <w:rPr>
          <w:lang w:val="nl-NL"/>
        </w:rPr>
        <w:t xml:space="preserve"> / HVSU B.V. begrijpt dat je geeft om hoe jouw persoonlijke gegevens worden gebruikt en gedeeld, en wij nemen jouw privacy serieus. e-</w:t>
      </w:r>
      <w:proofErr w:type="spellStart"/>
      <w:r w:rsidRPr="001E0CFE">
        <w:rPr>
          <w:lang w:val="nl-NL"/>
        </w:rPr>
        <w:t>Hive</w:t>
      </w:r>
      <w:proofErr w:type="spellEnd"/>
      <w:r w:rsidRPr="001E0CFE">
        <w:rPr>
          <w:lang w:val="nl-NL"/>
        </w:rPr>
        <w:t xml:space="preserve"> / HVSU B.V. is een Europees bedrijf en volgt Europese wet- en regelgeving, inclusief maar niet beperkt tot de AVG (GDPR). Lees onderstaande informatie om meer te weten te komen over ons </w:t>
      </w:r>
      <w:proofErr w:type="spellStart"/>
      <w:r w:rsidRPr="001E0CFE">
        <w:rPr>
          <w:lang w:val="nl-NL"/>
        </w:rPr>
        <w:t>privacybeleid</w:t>
      </w:r>
      <w:proofErr w:type="spellEnd"/>
      <w:r w:rsidRPr="001E0CFE">
        <w:rPr>
          <w:lang w:val="nl-NL"/>
        </w:rPr>
        <w:t>.</w:t>
      </w:r>
    </w:p>
    <w:p w14:paraId="0998C95F" w14:textId="77777777" w:rsidR="001E0CFE" w:rsidRPr="001E0CFE" w:rsidRDefault="001E0CFE" w:rsidP="001E0CFE">
      <w:pPr>
        <w:rPr>
          <w:lang w:val="nl-NL"/>
        </w:rPr>
      </w:pPr>
      <w:r w:rsidRPr="001E0CFE">
        <w:rPr>
          <w:lang w:val="nl-NL"/>
        </w:rPr>
        <w:t>Door op welke manier dan ook gebruik te maken van onze diensten, erken je dat je akkoord gaat met de praktijken en het beleid zoals beschreven in deze Privacyverklaring, en dat wij jouw gegevens op de volgende manieren zullen verzamelen, gebruiken en delen.</w:t>
      </w:r>
    </w:p>
    <w:p w14:paraId="4571F49D" w14:textId="77777777" w:rsidR="001E0CFE" w:rsidRPr="001E0CFE" w:rsidRDefault="001E0CFE" w:rsidP="001E0CFE">
      <w:pPr>
        <w:rPr>
          <w:lang w:val="nl-NL"/>
        </w:rPr>
      </w:pPr>
      <w:r w:rsidRPr="001E0CFE">
        <w:rPr>
          <w:lang w:val="nl-NL"/>
        </w:rPr>
        <w:pict w14:anchorId="6E667C53">
          <v:rect id="_x0000_i1121" style="width:0;height:1.5pt" o:hralign="center" o:hrstd="t" o:hr="t" fillcolor="#a0a0a0" stroked="f"/>
        </w:pict>
      </w:r>
    </w:p>
    <w:p w14:paraId="3FC2003B" w14:textId="77777777" w:rsidR="001E0CFE" w:rsidRPr="001E0CFE" w:rsidRDefault="001E0CFE" w:rsidP="001E0CFE">
      <w:pPr>
        <w:rPr>
          <w:b/>
          <w:bCs/>
          <w:lang w:val="nl-NL"/>
        </w:rPr>
      </w:pPr>
      <w:r w:rsidRPr="001E0CFE">
        <w:rPr>
          <w:b/>
          <w:bCs/>
          <w:lang w:val="nl-NL"/>
        </w:rPr>
        <w:t>1. Wat dekt deze privacyverklaring?</w:t>
      </w:r>
    </w:p>
    <w:p w14:paraId="108F9F11" w14:textId="77777777" w:rsidR="001E0CFE" w:rsidRPr="001E0CFE" w:rsidRDefault="001E0CFE" w:rsidP="001E0CFE">
      <w:pPr>
        <w:rPr>
          <w:lang w:val="nl-NL"/>
        </w:rPr>
      </w:pPr>
      <w:r w:rsidRPr="001E0CFE">
        <w:rPr>
          <w:lang w:val="nl-NL"/>
        </w:rPr>
        <w:t>e-</w:t>
      </w:r>
      <w:proofErr w:type="spellStart"/>
      <w:r w:rsidRPr="001E0CFE">
        <w:rPr>
          <w:lang w:val="nl-NL"/>
        </w:rPr>
        <w:t>Hive</w:t>
      </w:r>
      <w:proofErr w:type="spellEnd"/>
      <w:r w:rsidRPr="001E0CFE">
        <w:rPr>
          <w:lang w:val="nl-NL"/>
        </w:rPr>
        <w:t xml:space="preserve"> / HVSU B.V. (De Valkenberg 6, 6301 PM Valkenburg, Nederland) is de verwerkingsverantwoordelijke voor de persoonsgegevens die worden verzameld in verband met de diensten van e-</w:t>
      </w:r>
      <w:proofErr w:type="spellStart"/>
      <w:r w:rsidRPr="001E0CFE">
        <w:rPr>
          <w:lang w:val="nl-NL"/>
        </w:rPr>
        <w:t>Hive</w:t>
      </w:r>
      <w:proofErr w:type="spellEnd"/>
      <w:r w:rsidRPr="001E0CFE">
        <w:rPr>
          <w:lang w:val="nl-NL"/>
        </w:rPr>
        <w:t xml:space="preserve"> / HVSU B.V., tenzij anders vermeld.</w:t>
      </w:r>
    </w:p>
    <w:p w14:paraId="70D61B86" w14:textId="77777777" w:rsidR="001E0CFE" w:rsidRPr="001E0CFE" w:rsidRDefault="001E0CFE" w:rsidP="001E0CFE">
      <w:pPr>
        <w:rPr>
          <w:lang w:val="nl-NL"/>
        </w:rPr>
      </w:pPr>
      <w:r w:rsidRPr="001E0CFE">
        <w:rPr>
          <w:lang w:val="nl-NL"/>
        </w:rPr>
        <w:t xml:space="preserve">Deze verklaring beschrijft hoe wij de persoonsgegevens verwerken van bezoekers van onze websites, ons </w:t>
      </w:r>
      <w:proofErr w:type="spellStart"/>
      <w:r w:rsidRPr="001E0CFE">
        <w:rPr>
          <w:lang w:val="nl-NL"/>
        </w:rPr>
        <w:t>webgebaseerd</w:t>
      </w:r>
      <w:proofErr w:type="spellEnd"/>
      <w:r w:rsidRPr="001E0CFE">
        <w:rPr>
          <w:lang w:val="nl-NL"/>
        </w:rPr>
        <w:t xml:space="preserve"> platform en gebruikers van onze diensten. Met "persoonsgegevens" bedoelen wij alle gegevens die betrekking hebben op een geïdentificeerd of identificeerbaar natuurlijk persoon.</w:t>
      </w:r>
    </w:p>
    <w:p w14:paraId="60EAE767" w14:textId="77777777" w:rsidR="001E0CFE" w:rsidRPr="001E0CFE" w:rsidRDefault="001E0CFE" w:rsidP="001E0CFE">
      <w:pPr>
        <w:rPr>
          <w:lang w:val="nl-NL"/>
        </w:rPr>
      </w:pPr>
      <w:r w:rsidRPr="001E0CFE">
        <w:rPr>
          <w:lang w:val="nl-NL"/>
        </w:rPr>
        <w:t>Onthoud dat jouw gebruik van de diensten van e-</w:t>
      </w:r>
      <w:proofErr w:type="spellStart"/>
      <w:r w:rsidRPr="001E0CFE">
        <w:rPr>
          <w:lang w:val="nl-NL"/>
        </w:rPr>
        <w:t>Hive</w:t>
      </w:r>
      <w:proofErr w:type="spellEnd"/>
      <w:r w:rsidRPr="001E0CFE">
        <w:rPr>
          <w:lang w:val="nl-NL"/>
        </w:rPr>
        <w:t xml:space="preserve"> / HVSU B.V. onderhevig is aan onze Algemene Voorwaarden, waarin deze Privacyverklaring is opgenomen. Termen die hierin worden gebruikt maar niet zijn gedefinieerd, hebben de betekenis zoals vermeld in de Algemene Voorwaarden.</w:t>
      </w:r>
    </w:p>
    <w:p w14:paraId="2EBC40D9" w14:textId="77777777" w:rsidR="001E0CFE" w:rsidRPr="001E0CFE" w:rsidRDefault="001E0CFE" w:rsidP="001E0CFE">
      <w:pPr>
        <w:rPr>
          <w:lang w:val="nl-NL"/>
        </w:rPr>
      </w:pPr>
      <w:r w:rsidRPr="001E0CFE">
        <w:rPr>
          <w:lang w:val="nl-NL"/>
        </w:rPr>
        <w:pict w14:anchorId="6CBC8139">
          <v:rect id="_x0000_i1122" style="width:0;height:1.5pt" o:hralign="center" o:hrstd="t" o:hr="t" fillcolor="#a0a0a0" stroked="f"/>
        </w:pict>
      </w:r>
    </w:p>
    <w:p w14:paraId="071083ED" w14:textId="77777777" w:rsidR="001E0CFE" w:rsidRPr="001E0CFE" w:rsidRDefault="001E0CFE" w:rsidP="001E0CFE">
      <w:pPr>
        <w:rPr>
          <w:b/>
          <w:bCs/>
          <w:lang w:val="nl-NL"/>
        </w:rPr>
      </w:pPr>
      <w:r w:rsidRPr="001E0CFE">
        <w:rPr>
          <w:b/>
          <w:bCs/>
          <w:lang w:val="nl-NL"/>
        </w:rPr>
        <w:t>2. Welke gegevens verzamelen wij?</w:t>
      </w:r>
    </w:p>
    <w:p w14:paraId="1FA1CC54" w14:textId="77777777" w:rsidR="001E0CFE" w:rsidRPr="001E0CFE" w:rsidRDefault="001E0CFE" w:rsidP="001E0CFE">
      <w:pPr>
        <w:rPr>
          <w:lang w:val="nl-NL"/>
        </w:rPr>
      </w:pPr>
      <w:r w:rsidRPr="001E0CFE">
        <w:rPr>
          <w:lang w:val="nl-NL"/>
        </w:rPr>
        <w:t>Bij het bezoeken van onze website en/of het gebruiken van onze diensten verzamelen wij informatie over jou en jouw gebruik van de diensten. Wij verwerken ook persoonsgegevens die je actief aan ons verstrekt.</w:t>
      </w:r>
    </w:p>
    <w:p w14:paraId="1D2872F5" w14:textId="77777777" w:rsidR="001E0CFE" w:rsidRPr="001E0CFE" w:rsidRDefault="001E0CFE" w:rsidP="001E0CFE">
      <w:pPr>
        <w:rPr>
          <w:lang w:val="nl-NL"/>
        </w:rPr>
      </w:pPr>
      <w:r w:rsidRPr="001E0CFE">
        <w:rPr>
          <w:b/>
          <w:bCs/>
          <w:lang w:val="nl-NL"/>
        </w:rPr>
        <w:t>Informatie die je aan ons verstrekt</w:t>
      </w:r>
      <w:r w:rsidRPr="001E0CFE">
        <w:rPr>
          <w:lang w:val="nl-NL"/>
        </w:rPr>
        <w:br/>
        <w:t>Wij ontvangen en bewaren alle informatie die je bewust aan ons verstrekt. Wanneer je een account aanmaakt of een bestelling plaatst, kunnen we persoonlijke gegevens verzamelen zoals:</w:t>
      </w:r>
    </w:p>
    <w:p w14:paraId="33CEDC93" w14:textId="77777777" w:rsidR="001E0CFE" w:rsidRPr="001E0CFE" w:rsidRDefault="001E0CFE" w:rsidP="001E0CFE">
      <w:pPr>
        <w:rPr>
          <w:lang w:val="nl-NL"/>
        </w:rPr>
      </w:pPr>
      <w:r w:rsidRPr="001E0CFE">
        <w:rPr>
          <w:b/>
          <w:bCs/>
          <w:lang w:val="nl-NL"/>
        </w:rPr>
        <w:t>Retailers:</w:t>
      </w:r>
      <w:r w:rsidRPr="001E0CFE">
        <w:rPr>
          <w:lang w:val="nl-NL"/>
        </w:rPr>
        <w:br/>
        <w:t>Wanneer je je registreert als retailer bij e-</w:t>
      </w:r>
      <w:proofErr w:type="spellStart"/>
      <w:r w:rsidRPr="001E0CFE">
        <w:rPr>
          <w:lang w:val="nl-NL"/>
        </w:rPr>
        <w:t>Hive</w:t>
      </w:r>
      <w:proofErr w:type="spellEnd"/>
      <w:r w:rsidRPr="001E0CFE">
        <w:rPr>
          <w:lang w:val="nl-NL"/>
        </w:rPr>
        <w:t xml:space="preserve"> / HVSU B.V., verzamelen wij je naam, e-mailadres, telefoonnummer, zakelijk adres, website, winkelnaam, winkeladres, hoe lang je al actief bent en verwachte omzet, evenals informatie over sociale media indien van toepassing.</w:t>
      </w:r>
      <w:r w:rsidRPr="001E0CFE">
        <w:rPr>
          <w:lang w:val="nl-NL"/>
        </w:rPr>
        <w:br/>
      </w:r>
      <w:r w:rsidRPr="001E0CFE">
        <w:rPr>
          <w:lang w:val="nl-NL"/>
        </w:rPr>
        <w:lastRenderedPageBreak/>
        <w:t>Als je een bestelling plaatst, verzamelen wij ook verzendadres, btw-nummer en betalingsgegevens.</w:t>
      </w:r>
      <w:r w:rsidRPr="001E0CFE">
        <w:rPr>
          <w:lang w:val="nl-NL"/>
        </w:rPr>
        <w:br/>
        <w:t>Soms vragen wij extra informatie ter verificatie van je bedrijf, zoals foto's van je winkel of sociale media profielen, of overheidsdocumenten, financiële gegevens of huurcontracten, bijvoorbeeld voor limieten of betaling op termijn (BNPL).</w:t>
      </w:r>
    </w:p>
    <w:p w14:paraId="21F0B664" w14:textId="77777777" w:rsidR="001E0CFE" w:rsidRPr="001E0CFE" w:rsidRDefault="001E0CFE" w:rsidP="001E0CFE">
      <w:pPr>
        <w:rPr>
          <w:lang w:val="nl-NL"/>
        </w:rPr>
      </w:pPr>
      <w:r w:rsidRPr="001E0CFE">
        <w:rPr>
          <w:b/>
          <w:bCs/>
          <w:lang w:val="nl-NL"/>
        </w:rPr>
        <w:t>Merken (Brands):</w:t>
      </w:r>
      <w:r w:rsidRPr="001E0CFE">
        <w:rPr>
          <w:lang w:val="nl-NL"/>
        </w:rPr>
        <w:br/>
        <w:t xml:space="preserve">Bij registratie als merk verzamelen wij je naam, merknaam, website, adres, telefoonnummer en informatie over je merk zoals productcategorieën, landen waarin je actief bent en </w:t>
      </w:r>
      <w:proofErr w:type="spellStart"/>
      <w:r w:rsidRPr="001E0CFE">
        <w:rPr>
          <w:lang w:val="nl-NL"/>
        </w:rPr>
        <w:t>social</w:t>
      </w:r>
      <w:proofErr w:type="spellEnd"/>
      <w:r w:rsidRPr="001E0CFE">
        <w:rPr>
          <w:lang w:val="nl-NL"/>
        </w:rPr>
        <w:t xml:space="preserve"> media profielen.</w:t>
      </w:r>
      <w:r w:rsidRPr="001E0CFE">
        <w:rPr>
          <w:lang w:val="nl-NL"/>
        </w:rPr>
        <w:br/>
        <w:t>Als je wordt geaccepteerd als merk kunnen we extra informatie vragen zoals profielfoto, groothandelsprijzen, btw-specificaties per product, ordervereisten en oprichtingsjaar.</w:t>
      </w:r>
      <w:r w:rsidRPr="001E0CFE">
        <w:rPr>
          <w:lang w:val="nl-NL"/>
        </w:rPr>
        <w:br/>
        <w:t>Bij het ontvangen van een bestelling verzamelen wij informatie zoals je btw-nummer en bankgegevens voor betalingen. Optioneel kun je ook informatie verstrekken over bestaande klanten die je wilt doorverwijzen naar e-</w:t>
      </w:r>
      <w:proofErr w:type="spellStart"/>
      <w:r w:rsidRPr="001E0CFE">
        <w:rPr>
          <w:lang w:val="nl-NL"/>
        </w:rPr>
        <w:t>Hive</w:t>
      </w:r>
      <w:proofErr w:type="spellEnd"/>
      <w:r w:rsidRPr="001E0CFE">
        <w:rPr>
          <w:lang w:val="nl-NL"/>
        </w:rPr>
        <w:t xml:space="preserve"> / HVSU B.V.</w:t>
      </w:r>
    </w:p>
    <w:p w14:paraId="2A91DCA4" w14:textId="77777777" w:rsidR="001E0CFE" w:rsidRPr="001E0CFE" w:rsidRDefault="001E0CFE" w:rsidP="001E0CFE">
      <w:pPr>
        <w:rPr>
          <w:lang w:val="nl-NL"/>
        </w:rPr>
      </w:pPr>
      <w:r w:rsidRPr="001E0CFE">
        <w:rPr>
          <w:lang w:val="nl-NL"/>
        </w:rPr>
        <w:pict w14:anchorId="16B65854">
          <v:rect id="_x0000_i1123" style="width:0;height:1.5pt" o:hralign="center" o:hrstd="t" o:hr="t" fillcolor="#a0a0a0" stroked="f"/>
        </w:pict>
      </w:r>
    </w:p>
    <w:p w14:paraId="38CA4FE7" w14:textId="77777777" w:rsidR="001E0CFE" w:rsidRPr="001E0CFE" w:rsidRDefault="001E0CFE" w:rsidP="001E0CFE">
      <w:pPr>
        <w:rPr>
          <w:lang w:val="nl-NL"/>
        </w:rPr>
      </w:pPr>
      <w:r w:rsidRPr="001E0CFE">
        <w:rPr>
          <w:b/>
          <w:bCs/>
          <w:lang w:val="nl-NL"/>
        </w:rPr>
        <w:t>Bezoek aan onze website</w:t>
      </w:r>
      <w:r w:rsidRPr="001E0CFE">
        <w:rPr>
          <w:lang w:val="nl-NL"/>
        </w:rPr>
        <w:br/>
        <w:t xml:space="preserve">Bij een bezoek aan onze website en ons platform gebruiken we specifieke cookies en </w:t>
      </w:r>
      <w:proofErr w:type="spellStart"/>
      <w:r w:rsidRPr="001E0CFE">
        <w:rPr>
          <w:lang w:val="nl-NL"/>
        </w:rPr>
        <w:t>trackers</w:t>
      </w:r>
      <w:proofErr w:type="spellEnd"/>
      <w:r w:rsidRPr="001E0CFE">
        <w:rPr>
          <w:lang w:val="nl-NL"/>
        </w:rPr>
        <w:t xml:space="preserve"> om je gebruikerservaring te optimaliseren en onze diensten te verbeteren.</w:t>
      </w:r>
      <w:r w:rsidRPr="001E0CFE">
        <w:rPr>
          <w:lang w:val="nl-NL"/>
        </w:rPr>
        <w:br/>
        <w:t>Wij verzamelen informatie over de producten die je bekijkt, waar je interesse in toont of wat je koopt.</w:t>
      </w:r>
    </w:p>
    <w:p w14:paraId="44681FF8" w14:textId="77777777" w:rsidR="001E0CFE" w:rsidRPr="001E0CFE" w:rsidRDefault="001E0CFE" w:rsidP="001E0CFE">
      <w:pPr>
        <w:numPr>
          <w:ilvl w:val="0"/>
          <w:numId w:val="15"/>
        </w:numPr>
        <w:rPr>
          <w:lang w:val="nl-NL"/>
        </w:rPr>
      </w:pPr>
      <w:r w:rsidRPr="001E0CFE">
        <w:rPr>
          <w:i/>
          <w:iCs/>
          <w:lang w:val="nl-NL"/>
        </w:rPr>
        <w:t>Functionele cookies</w:t>
      </w:r>
      <w:r w:rsidRPr="001E0CFE">
        <w:rPr>
          <w:lang w:val="nl-NL"/>
        </w:rPr>
        <w:t xml:space="preserve"> zorgen dat de website goed werkt en onthouden je voorkeuren.</w:t>
      </w:r>
    </w:p>
    <w:p w14:paraId="699F38C5" w14:textId="77777777" w:rsidR="001E0CFE" w:rsidRPr="001E0CFE" w:rsidRDefault="001E0CFE" w:rsidP="001E0CFE">
      <w:pPr>
        <w:numPr>
          <w:ilvl w:val="0"/>
          <w:numId w:val="15"/>
        </w:numPr>
        <w:rPr>
          <w:lang w:val="nl-NL"/>
        </w:rPr>
      </w:pPr>
      <w:r w:rsidRPr="001E0CFE">
        <w:rPr>
          <w:i/>
          <w:iCs/>
          <w:lang w:val="nl-NL"/>
        </w:rPr>
        <w:t>Analytische cookies</w:t>
      </w:r>
      <w:r w:rsidRPr="001E0CFE">
        <w:rPr>
          <w:lang w:val="nl-NL"/>
        </w:rPr>
        <w:t xml:space="preserve"> meten hoe onze website wordt gebruikt.</w:t>
      </w:r>
    </w:p>
    <w:p w14:paraId="1C51C8F1" w14:textId="77777777" w:rsidR="001E0CFE" w:rsidRPr="001E0CFE" w:rsidRDefault="001E0CFE" w:rsidP="001E0CFE">
      <w:pPr>
        <w:numPr>
          <w:ilvl w:val="0"/>
          <w:numId w:val="15"/>
        </w:numPr>
        <w:rPr>
          <w:lang w:val="nl-NL"/>
        </w:rPr>
      </w:pPr>
      <w:r w:rsidRPr="001E0CFE">
        <w:rPr>
          <w:i/>
          <w:iCs/>
          <w:lang w:val="nl-NL"/>
        </w:rPr>
        <w:t>Tracking cookies</w:t>
      </w:r>
      <w:r w:rsidRPr="001E0CFE">
        <w:rPr>
          <w:lang w:val="nl-NL"/>
        </w:rPr>
        <w:t xml:space="preserve">, web </w:t>
      </w:r>
      <w:proofErr w:type="spellStart"/>
      <w:r w:rsidRPr="001E0CFE">
        <w:rPr>
          <w:lang w:val="nl-NL"/>
        </w:rPr>
        <w:t>beacons</w:t>
      </w:r>
      <w:proofErr w:type="spellEnd"/>
      <w:r w:rsidRPr="001E0CFE">
        <w:rPr>
          <w:lang w:val="nl-NL"/>
        </w:rPr>
        <w:t xml:space="preserve"> en scripts volgen je surfgedrag om inhoud op je interesses af te stemmen.</w:t>
      </w:r>
    </w:p>
    <w:p w14:paraId="08968432" w14:textId="77777777" w:rsidR="001E0CFE" w:rsidRPr="001E0CFE" w:rsidRDefault="001E0CFE" w:rsidP="001E0CFE">
      <w:pPr>
        <w:rPr>
          <w:lang w:val="nl-NL"/>
        </w:rPr>
      </w:pPr>
      <w:r w:rsidRPr="001E0CFE">
        <w:rPr>
          <w:lang w:val="nl-NL"/>
        </w:rPr>
        <w:t xml:space="preserve">Bij je eerste bezoek hebben we je geïnformeerd over het gebruik van cookies en je toestemming gevraagd. Je kunt cookies verwijderen of blokkeren via je browser. Meer informatie: </w:t>
      </w:r>
      <w:hyperlink r:id="rId6" w:tgtFrame="_new" w:history="1">
        <w:r w:rsidRPr="001E0CFE">
          <w:rPr>
            <w:rStyle w:val="Hyperlink"/>
            <w:lang w:val="nl-NL"/>
          </w:rPr>
          <w:t>http://www.whatarecookies.com/delete.asp</w:t>
        </w:r>
      </w:hyperlink>
    </w:p>
    <w:p w14:paraId="115A1FF3" w14:textId="77777777" w:rsidR="001E0CFE" w:rsidRPr="001E0CFE" w:rsidRDefault="001E0CFE" w:rsidP="001E0CFE">
      <w:pPr>
        <w:rPr>
          <w:lang w:val="nl-NL"/>
        </w:rPr>
      </w:pPr>
      <w:r w:rsidRPr="001E0CFE">
        <w:rPr>
          <w:lang w:val="nl-NL"/>
        </w:rPr>
        <w:pict w14:anchorId="6C67424A">
          <v:rect id="_x0000_i1124" style="width:0;height:1.5pt" o:hralign="center" o:hrstd="t" o:hr="t" fillcolor="#a0a0a0" stroked="f"/>
        </w:pict>
      </w:r>
    </w:p>
    <w:p w14:paraId="49886014" w14:textId="77777777" w:rsidR="001E0CFE" w:rsidRPr="001E0CFE" w:rsidRDefault="001E0CFE" w:rsidP="001E0CFE">
      <w:pPr>
        <w:rPr>
          <w:lang w:val="nl-NL"/>
        </w:rPr>
      </w:pPr>
      <w:r w:rsidRPr="001E0CFE">
        <w:rPr>
          <w:b/>
          <w:bCs/>
          <w:lang w:val="nl-NL"/>
        </w:rPr>
        <w:t>Communicatie met ons</w:t>
      </w:r>
      <w:r w:rsidRPr="001E0CFE">
        <w:rPr>
          <w:lang w:val="nl-NL"/>
        </w:rPr>
        <w:br/>
        <w:t>Bij contact met ons (bijv. bij informatieaanvragen, ondersteuning, sollicitaties of nieuwsbriefregistratie) verzamelen wij persoonlijke informatie.</w:t>
      </w:r>
    </w:p>
    <w:p w14:paraId="0FDABEF4" w14:textId="77777777" w:rsidR="001E0CFE" w:rsidRPr="001E0CFE" w:rsidRDefault="001E0CFE" w:rsidP="001E0CFE">
      <w:pPr>
        <w:rPr>
          <w:lang w:val="nl-NL"/>
        </w:rPr>
      </w:pPr>
      <w:r w:rsidRPr="001E0CFE">
        <w:rPr>
          <w:lang w:val="nl-NL"/>
        </w:rPr>
        <w:t>Ons platform biedt een berichtensysteem waarmee gebruikers kunnen communiceren. Deze berichten worden veilig opgeslagen en kunnen worden ingezien door e-</w:t>
      </w:r>
      <w:proofErr w:type="spellStart"/>
      <w:r w:rsidRPr="001E0CFE">
        <w:rPr>
          <w:lang w:val="nl-NL"/>
        </w:rPr>
        <w:t>Hive</w:t>
      </w:r>
      <w:proofErr w:type="spellEnd"/>
      <w:r w:rsidRPr="001E0CFE">
        <w:rPr>
          <w:lang w:val="nl-NL"/>
        </w:rPr>
        <w:t xml:space="preserve"> / HVSU B.V. met als doel:</w:t>
      </w:r>
    </w:p>
    <w:p w14:paraId="55DC4864" w14:textId="77777777" w:rsidR="001E0CFE" w:rsidRPr="001E0CFE" w:rsidRDefault="001E0CFE" w:rsidP="001E0CFE">
      <w:pPr>
        <w:numPr>
          <w:ilvl w:val="0"/>
          <w:numId w:val="16"/>
        </w:numPr>
        <w:rPr>
          <w:lang w:val="nl-NL"/>
        </w:rPr>
      </w:pPr>
      <w:r w:rsidRPr="001E0CFE">
        <w:rPr>
          <w:lang w:val="nl-NL"/>
        </w:rPr>
        <w:t>het verbeteren van de platformfunctionaliteit en gebruikersinteractie,</w:t>
      </w:r>
    </w:p>
    <w:p w14:paraId="7ED2158B" w14:textId="77777777" w:rsidR="001E0CFE" w:rsidRPr="001E0CFE" w:rsidRDefault="001E0CFE" w:rsidP="001E0CFE">
      <w:pPr>
        <w:numPr>
          <w:ilvl w:val="0"/>
          <w:numId w:val="16"/>
        </w:numPr>
        <w:rPr>
          <w:lang w:val="nl-NL"/>
        </w:rPr>
      </w:pPr>
      <w:r w:rsidRPr="001E0CFE">
        <w:rPr>
          <w:lang w:val="nl-NL"/>
        </w:rPr>
        <w:lastRenderedPageBreak/>
        <w:t>ondersteuning bij gebruik,</w:t>
      </w:r>
    </w:p>
    <w:p w14:paraId="5C9160F1" w14:textId="77777777" w:rsidR="001E0CFE" w:rsidRPr="001E0CFE" w:rsidRDefault="001E0CFE" w:rsidP="001E0CFE">
      <w:pPr>
        <w:numPr>
          <w:ilvl w:val="0"/>
          <w:numId w:val="16"/>
        </w:numPr>
        <w:rPr>
          <w:lang w:val="nl-NL"/>
        </w:rPr>
      </w:pPr>
      <w:r w:rsidRPr="001E0CFE">
        <w:rPr>
          <w:lang w:val="nl-NL"/>
        </w:rPr>
        <w:t>toezicht op naleving van de gebruiksvoorwaarden.</w:t>
      </w:r>
    </w:p>
    <w:p w14:paraId="5040E9AC" w14:textId="77777777" w:rsidR="001E0CFE" w:rsidRPr="001E0CFE" w:rsidRDefault="001E0CFE" w:rsidP="001E0CFE">
      <w:pPr>
        <w:rPr>
          <w:lang w:val="nl-NL"/>
        </w:rPr>
      </w:pPr>
      <w:r w:rsidRPr="001E0CFE">
        <w:rPr>
          <w:lang w:val="nl-NL"/>
        </w:rPr>
        <w:t>Je ontvangt onze nieuwsbrief alleen als je daar expliciet toestemming voor hebt gegeven. Uitschrijven kan eenvoudig via de link onderaan elke e-mail.</w:t>
      </w:r>
    </w:p>
    <w:p w14:paraId="65514971" w14:textId="77777777" w:rsidR="001E0CFE" w:rsidRPr="001E0CFE" w:rsidRDefault="001E0CFE" w:rsidP="001E0CFE">
      <w:pPr>
        <w:rPr>
          <w:lang w:val="nl-NL"/>
        </w:rPr>
      </w:pPr>
      <w:r w:rsidRPr="001E0CFE">
        <w:rPr>
          <w:lang w:val="nl-NL"/>
        </w:rPr>
        <w:pict w14:anchorId="5066FE6D">
          <v:rect id="_x0000_i1125" style="width:0;height:1.5pt" o:hralign="center" o:hrstd="t" o:hr="t" fillcolor="#a0a0a0" stroked="f"/>
        </w:pict>
      </w:r>
    </w:p>
    <w:p w14:paraId="7A7B6BB5" w14:textId="77777777" w:rsidR="001E0CFE" w:rsidRPr="001E0CFE" w:rsidRDefault="001E0CFE" w:rsidP="001E0CFE">
      <w:pPr>
        <w:rPr>
          <w:lang w:val="nl-NL"/>
        </w:rPr>
      </w:pPr>
      <w:r w:rsidRPr="001E0CFE">
        <w:rPr>
          <w:b/>
          <w:bCs/>
          <w:lang w:val="nl-NL"/>
        </w:rPr>
        <w:t>Forums en sociale media</w:t>
      </w:r>
      <w:r w:rsidRPr="001E0CFE">
        <w:rPr>
          <w:lang w:val="nl-NL"/>
        </w:rPr>
        <w:br/>
        <w:t>Onze diensten kunnen forums, blogs en sociale media-pagina’s bevatten waar je ervaringen kunt delen of content kunt liken/delen. Houd er rekening mee dat deze content openbaar is en onder het beleid van derden kan vallen.</w:t>
      </w:r>
    </w:p>
    <w:p w14:paraId="6BE00207" w14:textId="77777777" w:rsidR="001E0CFE" w:rsidRPr="001E0CFE" w:rsidRDefault="001E0CFE" w:rsidP="001E0CFE">
      <w:pPr>
        <w:rPr>
          <w:lang w:val="nl-NL"/>
        </w:rPr>
      </w:pPr>
      <w:r w:rsidRPr="001E0CFE">
        <w:rPr>
          <w:lang w:val="nl-NL"/>
        </w:rPr>
        <w:pict w14:anchorId="1A3B8B05">
          <v:rect id="_x0000_i1126" style="width:0;height:1.5pt" o:hralign="center" o:hrstd="t" o:hr="t" fillcolor="#a0a0a0" stroked="f"/>
        </w:pict>
      </w:r>
    </w:p>
    <w:p w14:paraId="0BBAA960" w14:textId="77777777" w:rsidR="001E0CFE" w:rsidRPr="001E0CFE" w:rsidRDefault="001E0CFE" w:rsidP="001E0CFE">
      <w:pPr>
        <w:rPr>
          <w:lang w:val="nl-NL"/>
        </w:rPr>
      </w:pPr>
      <w:r w:rsidRPr="001E0CFE">
        <w:rPr>
          <w:b/>
          <w:bCs/>
          <w:lang w:val="nl-NL"/>
        </w:rPr>
        <w:t>Analytics</w:t>
      </w:r>
      <w:r w:rsidRPr="001E0CFE">
        <w:rPr>
          <w:lang w:val="nl-NL"/>
        </w:rPr>
        <w:br/>
        <w:t xml:space="preserve">We kunnen gebruik maken van diensten zoals Google Analytics om informatie te verzamelen over bezoekers en hun gedrag op onze site. Meer info: </w:t>
      </w:r>
      <w:hyperlink r:id="rId7" w:tgtFrame="_new" w:history="1">
        <w:r w:rsidRPr="001E0CFE">
          <w:rPr>
            <w:rStyle w:val="Hyperlink"/>
            <w:lang w:val="nl-NL"/>
          </w:rPr>
          <w:t>https://www.google.com/policies/privacy/partners/</w:t>
        </w:r>
      </w:hyperlink>
    </w:p>
    <w:p w14:paraId="130091D5" w14:textId="77777777" w:rsidR="001E0CFE" w:rsidRPr="001E0CFE" w:rsidRDefault="001E0CFE" w:rsidP="001E0CFE">
      <w:pPr>
        <w:rPr>
          <w:lang w:val="nl-NL"/>
        </w:rPr>
      </w:pPr>
      <w:r w:rsidRPr="001E0CFE">
        <w:rPr>
          <w:lang w:val="nl-NL"/>
        </w:rPr>
        <w:pict w14:anchorId="7950F61C">
          <v:rect id="_x0000_i1127" style="width:0;height:1.5pt" o:hralign="center" o:hrstd="t" o:hr="t" fillcolor="#a0a0a0" stroked="f"/>
        </w:pict>
      </w:r>
    </w:p>
    <w:p w14:paraId="17E75692" w14:textId="77777777" w:rsidR="001E0CFE" w:rsidRPr="001E0CFE" w:rsidRDefault="001E0CFE" w:rsidP="001E0CFE">
      <w:pPr>
        <w:rPr>
          <w:lang w:val="nl-NL"/>
        </w:rPr>
      </w:pPr>
      <w:r w:rsidRPr="001E0CFE">
        <w:rPr>
          <w:b/>
          <w:bCs/>
          <w:lang w:val="nl-NL"/>
        </w:rPr>
        <w:t>Informatie van derden</w:t>
      </w:r>
      <w:r w:rsidRPr="001E0CFE">
        <w:rPr>
          <w:lang w:val="nl-NL"/>
        </w:rPr>
        <w:br/>
        <w:t>We kunnen informatie over jou verzamelen via een doorverwijzingsprogramma, bijvoorbeeld wanneer een retailer of merk een klant of partner aandraagt. Als je bent doorverwezen maar geen contact wilt, kun je ons contacteren.</w:t>
      </w:r>
      <w:r w:rsidRPr="001E0CFE">
        <w:rPr>
          <w:lang w:val="nl-NL"/>
        </w:rPr>
        <w:br/>
        <w:t>Als je onze diensten gebruikt via een derde partij of sociale netwerksite, kunnen we informatie verzamelen op basis van je privacy-instellingen.</w:t>
      </w:r>
      <w:r w:rsidRPr="001E0CFE">
        <w:rPr>
          <w:lang w:val="nl-NL"/>
        </w:rPr>
        <w:br/>
        <w:t>Ook kunnen we aanvullende informatie ontvangen, bijvoorbeeld betalingsgedrag in het kader van BNPL.</w:t>
      </w:r>
    </w:p>
    <w:p w14:paraId="20F0EFBD" w14:textId="77777777" w:rsidR="001E0CFE" w:rsidRPr="001E0CFE" w:rsidRDefault="001E0CFE" w:rsidP="001E0CFE">
      <w:pPr>
        <w:rPr>
          <w:lang w:val="nl-NL"/>
        </w:rPr>
      </w:pPr>
      <w:r w:rsidRPr="001E0CFE">
        <w:rPr>
          <w:lang w:val="nl-NL"/>
        </w:rPr>
        <w:t>Bij integratie van externe tools verzamelen wij gegevens die onderdeel zijn van die koppeling.</w:t>
      </w:r>
    </w:p>
    <w:p w14:paraId="5629F130" w14:textId="77777777" w:rsidR="001E0CFE" w:rsidRPr="001E0CFE" w:rsidRDefault="001E0CFE" w:rsidP="001E0CFE">
      <w:pPr>
        <w:rPr>
          <w:lang w:val="nl-NL"/>
        </w:rPr>
      </w:pPr>
      <w:r w:rsidRPr="001E0CFE">
        <w:rPr>
          <w:lang w:val="nl-NL"/>
        </w:rPr>
        <w:pict w14:anchorId="31FE9253">
          <v:rect id="_x0000_i1128" style="width:0;height:1.5pt" o:hralign="center" o:hrstd="t" o:hr="t" fillcolor="#a0a0a0" stroked="f"/>
        </w:pict>
      </w:r>
    </w:p>
    <w:p w14:paraId="22169BE0" w14:textId="77777777" w:rsidR="001E0CFE" w:rsidRPr="001E0CFE" w:rsidRDefault="001E0CFE" w:rsidP="001E0CFE">
      <w:pPr>
        <w:rPr>
          <w:b/>
          <w:bCs/>
          <w:lang w:val="nl-NL"/>
        </w:rPr>
      </w:pPr>
      <w:r w:rsidRPr="001E0CFE">
        <w:rPr>
          <w:b/>
          <w:bCs/>
          <w:lang w:val="nl-NL"/>
        </w:rPr>
        <w:t>3. Hoe gebruiken wij je gegevens?</w:t>
      </w:r>
    </w:p>
    <w:p w14:paraId="5866A742" w14:textId="77777777" w:rsidR="001E0CFE" w:rsidRPr="001E0CFE" w:rsidRDefault="001E0CFE" w:rsidP="001E0CFE">
      <w:pPr>
        <w:rPr>
          <w:lang w:val="nl-NL"/>
        </w:rPr>
      </w:pPr>
      <w:r w:rsidRPr="001E0CFE">
        <w:rPr>
          <w:lang w:val="nl-NL"/>
        </w:rPr>
        <w:t>Wij gebruiken jouw gegevens voor verschillende doeleinden, waaronder:</w:t>
      </w:r>
    </w:p>
    <w:p w14:paraId="752B625E" w14:textId="77777777" w:rsidR="001E0CFE" w:rsidRPr="001E0CFE" w:rsidRDefault="001E0CFE" w:rsidP="001E0CFE">
      <w:pPr>
        <w:rPr>
          <w:lang w:val="nl-NL"/>
        </w:rPr>
      </w:pPr>
      <w:r w:rsidRPr="001E0CFE">
        <w:rPr>
          <w:b/>
          <w:bCs/>
          <w:lang w:val="nl-NL"/>
        </w:rPr>
        <w:t>Om onze diensten aan te bieden:</w:t>
      </w:r>
    </w:p>
    <w:p w14:paraId="1C69B6B9" w14:textId="77777777" w:rsidR="001E0CFE" w:rsidRPr="001E0CFE" w:rsidRDefault="001E0CFE" w:rsidP="001E0CFE">
      <w:pPr>
        <w:numPr>
          <w:ilvl w:val="0"/>
          <w:numId w:val="17"/>
        </w:numPr>
        <w:rPr>
          <w:lang w:val="nl-NL"/>
        </w:rPr>
      </w:pPr>
      <w:r w:rsidRPr="001E0CFE">
        <w:rPr>
          <w:lang w:val="nl-NL"/>
        </w:rPr>
        <w:t>Om een overeenkomst met jou aan te gaan</w:t>
      </w:r>
    </w:p>
    <w:p w14:paraId="1E939360" w14:textId="77777777" w:rsidR="001E0CFE" w:rsidRPr="001E0CFE" w:rsidRDefault="001E0CFE" w:rsidP="001E0CFE">
      <w:pPr>
        <w:numPr>
          <w:ilvl w:val="0"/>
          <w:numId w:val="17"/>
        </w:numPr>
        <w:rPr>
          <w:lang w:val="nl-NL"/>
        </w:rPr>
      </w:pPr>
      <w:r w:rsidRPr="001E0CFE">
        <w:rPr>
          <w:lang w:val="nl-NL"/>
        </w:rPr>
        <w:t>Om je een account te laten aanmaken</w:t>
      </w:r>
    </w:p>
    <w:p w14:paraId="1E899E3F" w14:textId="77777777" w:rsidR="001E0CFE" w:rsidRPr="001E0CFE" w:rsidRDefault="001E0CFE" w:rsidP="001E0CFE">
      <w:pPr>
        <w:numPr>
          <w:ilvl w:val="0"/>
          <w:numId w:val="17"/>
        </w:numPr>
        <w:rPr>
          <w:lang w:val="nl-NL"/>
        </w:rPr>
      </w:pPr>
      <w:r w:rsidRPr="001E0CFE">
        <w:rPr>
          <w:lang w:val="nl-NL"/>
        </w:rPr>
        <w:t>Om je bestellingen te verwerken</w:t>
      </w:r>
    </w:p>
    <w:p w14:paraId="20889E98" w14:textId="77777777" w:rsidR="001E0CFE" w:rsidRPr="001E0CFE" w:rsidRDefault="001E0CFE" w:rsidP="001E0CFE">
      <w:pPr>
        <w:numPr>
          <w:ilvl w:val="0"/>
          <w:numId w:val="17"/>
        </w:numPr>
        <w:rPr>
          <w:lang w:val="nl-NL"/>
        </w:rPr>
      </w:pPr>
      <w:r w:rsidRPr="001E0CFE">
        <w:rPr>
          <w:lang w:val="nl-NL"/>
        </w:rPr>
        <w:lastRenderedPageBreak/>
        <w:t>Om je te informeren over updates</w:t>
      </w:r>
    </w:p>
    <w:p w14:paraId="3439008A" w14:textId="77777777" w:rsidR="001E0CFE" w:rsidRPr="001E0CFE" w:rsidRDefault="001E0CFE" w:rsidP="001E0CFE">
      <w:pPr>
        <w:numPr>
          <w:ilvl w:val="0"/>
          <w:numId w:val="17"/>
        </w:numPr>
        <w:rPr>
          <w:lang w:val="nl-NL"/>
        </w:rPr>
      </w:pPr>
      <w:r w:rsidRPr="001E0CFE">
        <w:rPr>
          <w:lang w:val="nl-NL"/>
        </w:rPr>
        <w:t>Om BNPL-voorwaarden te kunnen bepalen</w:t>
      </w:r>
    </w:p>
    <w:p w14:paraId="09D68760" w14:textId="77777777" w:rsidR="001E0CFE" w:rsidRPr="001E0CFE" w:rsidRDefault="001E0CFE" w:rsidP="001E0CFE">
      <w:pPr>
        <w:numPr>
          <w:ilvl w:val="0"/>
          <w:numId w:val="17"/>
        </w:numPr>
        <w:rPr>
          <w:lang w:val="nl-NL"/>
        </w:rPr>
      </w:pPr>
      <w:r w:rsidRPr="001E0CFE">
        <w:rPr>
          <w:lang w:val="nl-NL"/>
        </w:rPr>
        <w:t>Om communicatie tussen gebruikers te faciliteren</w:t>
      </w:r>
    </w:p>
    <w:p w14:paraId="06142E2B" w14:textId="77777777" w:rsidR="001E0CFE" w:rsidRPr="001E0CFE" w:rsidRDefault="001E0CFE" w:rsidP="001E0CFE">
      <w:pPr>
        <w:rPr>
          <w:lang w:val="nl-NL"/>
        </w:rPr>
      </w:pPr>
      <w:r w:rsidRPr="001E0CFE">
        <w:rPr>
          <w:b/>
          <w:bCs/>
          <w:lang w:val="nl-NL"/>
        </w:rPr>
        <w:t>Voor onze gerechtvaardigde belangen:</w:t>
      </w:r>
    </w:p>
    <w:p w14:paraId="4F3BD540" w14:textId="77777777" w:rsidR="001E0CFE" w:rsidRPr="001E0CFE" w:rsidRDefault="001E0CFE" w:rsidP="001E0CFE">
      <w:pPr>
        <w:numPr>
          <w:ilvl w:val="0"/>
          <w:numId w:val="18"/>
        </w:numPr>
        <w:rPr>
          <w:lang w:val="nl-NL"/>
        </w:rPr>
      </w:pPr>
      <w:r w:rsidRPr="001E0CFE">
        <w:rPr>
          <w:lang w:val="nl-NL"/>
        </w:rPr>
        <w:t>Om gebruikersgedrag te begrijpen</w:t>
      </w:r>
    </w:p>
    <w:p w14:paraId="4570E9D7" w14:textId="77777777" w:rsidR="001E0CFE" w:rsidRPr="001E0CFE" w:rsidRDefault="001E0CFE" w:rsidP="001E0CFE">
      <w:pPr>
        <w:numPr>
          <w:ilvl w:val="0"/>
          <w:numId w:val="18"/>
        </w:numPr>
        <w:rPr>
          <w:lang w:val="nl-NL"/>
        </w:rPr>
      </w:pPr>
      <w:r w:rsidRPr="001E0CFE">
        <w:rPr>
          <w:lang w:val="nl-NL"/>
        </w:rPr>
        <w:t>Om merken te helpen effectiever te verkopen</w:t>
      </w:r>
    </w:p>
    <w:p w14:paraId="17C7C509" w14:textId="77777777" w:rsidR="001E0CFE" w:rsidRPr="001E0CFE" w:rsidRDefault="001E0CFE" w:rsidP="001E0CFE">
      <w:pPr>
        <w:numPr>
          <w:ilvl w:val="0"/>
          <w:numId w:val="18"/>
        </w:numPr>
        <w:rPr>
          <w:lang w:val="nl-NL"/>
        </w:rPr>
      </w:pPr>
      <w:r w:rsidRPr="001E0CFE">
        <w:rPr>
          <w:lang w:val="nl-NL"/>
        </w:rPr>
        <w:t>Om inhoud te personaliseren</w:t>
      </w:r>
    </w:p>
    <w:p w14:paraId="65DE9B45" w14:textId="77777777" w:rsidR="001E0CFE" w:rsidRPr="001E0CFE" w:rsidRDefault="001E0CFE" w:rsidP="001E0CFE">
      <w:pPr>
        <w:numPr>
          <w:ilvl w:val="0"/>
          <w:numId w:val="18"/>
        </w:numPr>
        <w:rPr>
          <w:lang w:val="nl-NL"/>
        </w:rPr>
      </w:pPr>
      <w:r w:rsidRPr="001E0CFE">
        <w:rPr>
          <w:lang w:val="nl-NL"/>
        </w:rPr>
        <w:t>Om diensten te verbeteren</w:t>
      </w:r>
    </w:p>
    <w:p w14:paraId="27F79E54" w14:textId="77777777" w:rsidR="001E0CFE" w:rsidRPr="001E0CFE" w:rsidRDefault="001E0CFE" w:rsidP="001E0CFE">
      <w:pPr>
        <w:numPr>
          <w:ilvl w:val="0"/>
          <w:numId w:val="18"/>
        </w:numPr>
        <w:rPr>
          <w:lang w:val="nl-NL"/>
        </w:rPr>
      </w:pPr>
      <w:r w:rsidRPr="001E0CFE">
        <w:rPr>
          <w:lang w:val="nl-NL"/>
        </w:rPr>
        <w:t>Om fraude te voorkomen en kwaliteit te waarborgen</w:t>
      </w:r>
    </w:p>
    <w:p w14:paraId="6181C472" w14:textId="77777777" w:rsidR="001E0CFE" w:rsidRPr="001E0CFE" w:rsidRDefault="001E0CFE" w:rsidP="001E0CFE">
      <w:pPr>
        <w:numPr>
          <w:ilvl w:val="0"/>
          <w:numId w:val="18"/>
        </w:numPr>
        <w:rPr>
          <w:lang w:val="nl-NL"/>
        </w:rPr>
      </w:pPr>
      <w:r w:rsidRPr="001E0CFE">
        <w:rPr>
          <w:lang w:val="nl-NL"/>
        </w:rPr>
        <w:t>Om naleving van voorwaarden te controleren</w:t>
      </w:r>
    </w:p>
    <w:p w14:paraId="4A5A31A4" w14:textId="77777777" w:rsidR="001E0CFE" w:rsidRPr="001E0CFE" w:rsidRDefault="001E0CFE" w:rsidP="001E0CFE">
      <w:pPr>
        <w:rPr>
          <w:lang w:val="nl-NL"/>
        </w:rPr>
      </w:pPr>
      <w:r w:rsidRPr="001E0CFE">
        <w:rPr>
          <w:b/>
          <w:bCs/>
          <w:lang w:val="nl-NL"/>
        </w:rPr>
        <w:t>Voor ons uitnodigingsprogramma:</w:t>
      </w:r>
      <w:r w:rsidRPr="001E0CFE">
        <w:rPr>
          <w:lang w:val="nl-NL"/>
        </w:rPr>
        <w:br/>
        <w:t>Met jouw toestemming kunnen we je vragen om partners uit te nodigen.</w:t>
      </w:r>
    </w:p>
    <w:p w14:paraId="012F2D75" w14:textId="77777777" w:rsidR="001E0CFE" w:rsidRPr="001E0CFE" w:rsidRDefault="001E0CFE" w:rsidP="001E0CFE">
      <w:pPr>
        <w:rPr>
          <w:lang w:val="nl-NL"/>
        </w:rPr>
      </w:pPr>
      <w:r w:rsidRPr="001E0CFE">
        <w:rPr>
          <w:b/>
          <w:bCs/>
          <w:lang w:val="nl-NL"/>
        </w:rPr>
        <w:t>Om te voldoen aan wettelijke verplichtingen:</w:t>
      </w:r>
      <w:r w:rsidRPr="001E0CFE">
        <w:rPr>
          <w:lang w:val="nl-NL"/>
        </w:rPr>
        <w:br/>
        <w:t>We bewaren je gegevens indien wettelijk vereist, bijvoorbeeld voor belastingdoeleinden.</w:t>
      </w:r>
    </w:p>
    <w:p w14:paraId="09EFA2EC" w14:textId="77777777" w:rsidR="001E0CFE" w:rsidRPr="001E0CFE" w:rsidRDefault="001E0CFE" w:rsidP="001E0CFE">
      <w:pPr>
        <w:rPr>
          <w:lang w:val="nl-NL"/>
        </w:rPr>
      </w:pPr>
      <w:r w:rsidRPr="001E0CFE">
        <w:rPr>
          <w:b/>
          <w:bCs/>
          <w:lang w:val="nl-NL"/>
        </w:rPr>
        <w:t>Geanonimiseerde gegevens:</w:t>
      </w:r>
      <w:r w:rsidRPr="001E0CFE">
        <w:rPr>
          <w:lang w:val="nl-NL"/>
        </w:rPr>
        <w:br/>
        <w:t>We gebruiken persoonsgegevens ook om geanonimiseerde, geaggregeerde inzichten te verkrijgen voor zakelijke analyses.</w:t>
      </w:r>
    </w:p>
    <w:p w14:paraId="4949DACD" w14:textId="77777777" w:rsidR="001E0CFE" w:rsidRPr="001E0CFE" w:rsidRDefault="001E0CFE" w:rsidP="001E0CFE">
      <w:pPr>
        <w:rPr>
          <w:lang w:val="nl-NL"/>
        </w:rPr>
      </w:pPr>
      <w:r w:rsidRPr="001E0CFE">
        <w:rPr>
          <w:lang w:val="nl-NL"/>
        </w:rPr>
        <w:pict w14:anchorId="0E404143">
          <v:rect id="_x0000_i1129" style="width:0;height:1.5pt" o:hralign="center" o:hrstd="t" o:hr="t" fillcolor="#a0a0a0" stroked="f"/>
        </w:pict>
      </w:r>
    </w:p>
    <w:p w14:paraId="315BD01D" w14:textId="77777777" w:rsidR="001E0CFE" w:rsidRPr="001E0CFE" w:rsidRDefault="001E0CFE" w:rsidP="001E0CFE">
      <w:pPr>
        <w:rPr>
          <w:b/>
          <w:bCs/>
          <w:lang w:val="nl-NL"/>
        </w:rPr>
      </w:pPr>
      <w:r w:rsidRPr="001E0CFE">
        <w:rPr>
          <w:b/>
          <w:bCs/>
          <w:lang w:val="nl-NL"/>
        </w:rPr>
        <w:t>4. Delen wij je gegevens met derden?</w:t>
      </w:r>
    </w:p>
    <w:p w14:paraId="2A4BBE68" w14:textId="77777777" w:rsidR="001E0CFE" w:rsidRPr="001E0CFE" w:rsidRDefault="001E0CFE" w:rsidP="001E0CFE">
      <w:pPr>
        <w:rPr>
          <w:lang w:val="nl-NL"/>
        </w:rPr>
      </w:pPr>
      <w:r w:rsidRPr="001E0CFE">
        <w:rPr>
          <w:lang w:val="nl-NL"/>
        </w:rPr>
        <w:t>e-</w:t>
      </w:r>
      <w:proofErr w:type="spellStart"/>
      <w:r w:rsidRPr="001E0CFE">
        <w:rPr>
          <w:lang w:val="nl-NL"/>
        </w:rPr>
        <w:t>Hive</w:t>
      </w:r>
      <w:proofErr w:type="spellEnd"/>
      <w:r w:rsidRPr="001E0CFE">
        <w:rPr>
          <w:lang w:val="nl-NL"/>
        </w:rPr>
        <w:t xml:space="preserve"> / HVSU B.V. verkoopt jouw persoonsgegevens niet aan derden.</w:t>
      </w:r>
    </w:p>
    <w:p w14:paraId="36D45567" w14:textId="77777777" w:rsidR="001E0CFE" w:rsidRPr="001E0CFE" w:rsidRDefault="001E0CFE" w:rsidP="001E0CFE">
      <w:pPr>
        <w:rPr>
          <w:lang w:val="nl-NL"/>
        </w:rPr>
      </w:pPr>
      <w:r w:rsidRPr="001E0CFE">
        <w:rPr>
          <w:lang w:val="nl-NL"/>
        </w:rPr>
        <w:t>We delen gegevens alleen:</w:t>
      </w:r>
    </w:p>
    <w:p w14:paraId="0ADD1E0C" w14:textId="77777777" w:rsidR="001E0CFE" w:rsidRPr="001E0CFE" w:rsidRDefault="001E0CFE" w:rsidP="001E0CFE">
      <w:pPr>
        <w:numPr>
          <w:ilvl w:val="0"/>
          <w:numId w:val="19"/>
        </w:numPr>
        <w:rPr>
          <w:lang w:val="nl-NL"/>
        </w:rPr>
      </w:pPr>
      <w:r w:rsidRPr="001E0CFE">
        <w:rPr>
          <w:lang w:val="nl-NL"/>
        </w:rPr>
        <w:t>indien nodig voor zakelijke doeleinden,</w:t>
      </w:r>
    </w:p>
    <w:p w14:paraId="5FD66CBA" w14:textId="77777777" w:rsidR="001E0CFE" w:rsidRPr="001E0CFE" w:rsidRDefault="001E0CFE" w:rsidP="001E0CFE">
      <w:pPr>
        <w:numPr>
          <w:ilvl w:val="0"/>
          <w:numId w:val="19"/>
        </w:numPr>
        <w:rPr>
          <w:lang w:val="nl-NL"/>
        </w:rPr>
      </w:pPr>
      <w:r w:rsidRPr="001E0CFE">
        <w:rPr>
          <w:lang w:val="nl-NL"/>
        </w:rPr>
        <w:t>om aan onze verplichtingen te voldoen,</w:t>
      </w:r>
    </w:p>
    <w:p w14:paraId="40160884" w14:textId="77777777" w:rsidR="001E0CFE" w:rsidRPr="001E0CFE" w:rsidRDefault="001E0CFE" w:rsidP="001E0CFE">
      <w:pPr>
        <w:numPr>
          <w:ilvl w:val="0"/>
          <w:numId w:val="19"/>
        </w:numPr>
        <w:rPr>
          <w:lang w:val="nl-NL"/>
        </w:rPr>
      </w:pPr>
      <w:r w:rsidRPr="001E0CFE">
        <w:rPr>
          <w:lang w:val="nl-NL"/>
        </w:rPr>
        <w:t>indien wettelijk vereist, of</w:t>
      </w:r>
    </w:p>
    <w:p w14:paraId="28518DD7" w14:textId="77777777" w:rsidR="001E0CFE" w:rsidRPr="001E0CFE" w:rsidRDefault="001E0CFE" w:rsidP="001E0CFE">
      <w:pPr>
        <w:numPr>
          <w:ilvl w:val="0"/>
          <w:numId w:val="19"/>
        </w:numPr>
        <w:rPr>
          <w:lang w:val="nl-NL"/>
        </w:rPr>
      </w:pPr>
      <w:r w:rsidRPr="001E0CFE">
        <w:rPr>
          <w:lang w:val="nl-NL"/>
        </w:rPr>
        <w:t>met jouw expliciete toestemming.</w:t>
      </w:r>
    </w:p>
    <w:p w14:paraId="5BBB3B6F" w14:textId="77777777" w:rsidR="001E0CFE" w:rsidRPr="001E0CFE" w:rsidRDefault="001E0CFE" w:rsidP="001E0CFE">
      <w:pPr>
        <w:rPr>
          <w:lang w:val="nl-NL"/>
        </w:rPr>
      </w:pPr>
      <w:r w:rsidRPr="001E0CFE">
        <w:rPr>
          <w:lang w:val="nl-NL"/>
        </w:rPr>
        <w:pict w14:anchorId="52146947">
          <v:rect id="_x0000_i1130" style="width:0;height:1.5pt" o:hralign="center" o:hrstd="t" o:hr="t" fillcolor="#a0a0a0" stroked="f"/>
        </w:pict>
      </w:r>
    </w:p>
    <w:p w14:paraId="38E3F25B" w14:textId="77777777" w:rsidR="001E0CFE" w:rsidRPr="001E0CFE" w:rsidRDefault="001E0CFE" w:rsidP="001E0CFE">
      <w:pPr>
        <w:rPr>
          <w:b/>
          <w:bCs/>
          <w:lang w:val="nl-NL"/>
        </w:rPr>
      </w:pPr>
      <w:r w:rsidRPr="001E0CFE">
        <w:rPr>
          <w:b/>
          <w:bCs/>
          <w:lang w:val="nl-NL"/>
        </w:rPr>
        <w:t>5. Wat zijn jouw rechten?</w:t>
      </w:r>
    </w:p>
    <w:p w14:paraId="1BD56F84" w14:textId="77777777" w:rsidR="001E0CFE" w:rsidRPr="001E0CFE" w:rsidRDefault="001E0CFE" w:rsidP="001E0CFE">
      <w:pPr>
        <w:rPr>
          <w:lang w:val="nl-NL"/>
        </w:rPr>
      </w:pPr>
      <w:r w:rsidRPr="001E0CFE">
        <w:rPr>
          <w:lang w:val="nl-NL"/>
        </w:rPr>
        <w:t>Je hebt het recht om:</w:t>
      </w:r>
    </w:p>
    <w:p w14:paraId="6623E85A" w14:textId="77777777" w:rsidR="001E0CFE" w:rsidRPr="001E0CFE" w:rsidRDefault="001E0CFE" w:rsidP="001E0CFE">
      <w:pPr>
        <w:numPr>
          <w:ilvl w:val="0"/>
          <w:numId w:val="20"/>
        </w:numPr>
        <w:rPr>
          <w:lang w:val="nl-NL"/>
        </w:rPr>
      </w:pPr>
      <w:r w:rsidRPr="001E0CFE">
        <w:rPr>
          <w:lang w:val="nl-NL"/>
        </w:rPr>
        <w:lastRenderedPageBreak/>
        <w:t>Je gegevens in te zien, aan te passen of over te dragen</w:t>
      </w:r>
    </w:p>
    <w:p w14:paraId="0A95B6E4" w14:textId="77777777" w:rsidR="001E0CFE" w:rsidRPr="001E0CFE" w:rsidRDefault="001E0CFE" w:rsidP="001E0CFE">
      <w:pPr>
        <w:numPr>
          <w:ilvl w:val="0"/>
          <w:numId w:val="20"/>
        </w:numPr>
        <w:rPr>
          <w:lang w:val="nl-NL"/>
        </w:rPr>
      </w:pPr>
      <w:r w:rsidRPr="001E0CFE">
        <w:rPr>
          <w:lang w:val="nl-NL"/>
        </w:rPr>
        <w:t>Bezwaar te maken tegen verwerking of verwerking te beperken</w:t>
      </w:r>
    </w:p>
    <w:p w14:paraId="2C95F569" w14:textId="77777777" w:rsidR="001E0CFE" w:rsidRPr="001E0CFE" w:rsidRDefault="001E0CFE" w:rsidP="001E0CFE">
      <w:pPr>
        <w:numPr>
          <w:ilvl w:val="0"/>
          <w:numId w:val="20"/>
        </w:numPr>
        <w:rPr>
          <w:lang w:val="nl-NL"/>
        </w:rPr>
      </w:pPr>
      <w:r w:rsidRPr="001E0CFE">
        <w:rPr>
          <w:lang w:val="nl-NL"/>
        </w:rPr>
        <w:t>Verwijdering van je gegevens aan te vragen</w:t>
      </w:r>
    </w:p>
    <w:p w14:paraId="0FF499E9" w14:textId="77777777" w:rsidR="001E0CFE" w:rsidRPr="001E0CFE" w:rsidRDefault="001E0CFE" w:rsidP="001E0CFE">
      <w:pPr>
        <w:rPr>
          <w:lang w:val="nl-NL"/>
        </w:rPr>
      </w:pPr>
      <w:r w:rsidRPr="001E0CFE">
        <w:rPr>
          <w:lang w:val="nl-NL"/>
        </w:rPr>
        <w:t>Neem contact met ons op om deze rechten uit te oefenen. We kunnen vragen om een identiteitsverificatie.</w:t>
      </w:r>
    </w:p>
    <w:p w14:paraId="35C12E2D" w14:textId="77777777" w:rsidR="001E0CFE" w:rsidRPr="001E0CFE" w:rsidRDefault="001E0CFE" w:rsidP="001E0CFE">
      <w:pPr>
        <w:rPr>
          <w:lang w:val="nl-NL"/>
        </w:rPr>
      </w:pPr>
      <w:r w:rsidRPr="001E0CFE">
        <w:rPr>
          <w:lang w:val="nl-NL"/>
        </w:rPr>
        <w:pict w14:anchorId="74179CA3">
          <v:rect id="_x0000_i1131" style="width:0;height:1.5pt" o:hralign="center" o:hrstd="t" o:hr="t" fillcolor="#a0a0a0" stroked="f"/>
        </w:pict>
      </w:r>
    </w:p>
    <w:p w14:paraId="4F154678" w14:textId="77777777" w:rsidR="001E0CFE" w:rsidRPr="001E0CFE" w:rsidRDefault="001E0CFE" w:rsidP="001E0CFE">
      <w:pPr>
        <w:rPr>
          <w:b/>
          <w:bCs/>
          <w:lang w:val="nl-NL"/>
        </w:rPr>
      </w:pPr>
      <w:r w:rsidRPr="001E0CFE">
        <w:rPr>
          <w:b/>
          <w:bCs/>
          <w:lang w:val="nl-NL"/>
        </w:rPr>
        <w:t>6. Hoe beschermen wij je gegevens?</w:t>
      </w:r>
    </w:p>
    <w:p w14:paraId="7E3D466D" w14:textId="77777777" w:rsidR="001E0CFE" w:rsidRPr="001E0CFE" w:rsidRDefault="001E0CFE" w:rsidP="001E0CFE">
      <w:pPr>
        <w:rPr>
          <w:lang w:val="nl-NL"/>
        </w:rPr>
      </w:pPr>
      <w:r w:rsidRPr="001E0CFE">
        <w:rPr>
          <w:lang w:val="nl-NL"/>
        </w:rPr>
        <w:t>Wij behandelen je gegevens vertrouwelijk en nemen redelijke beveiligingsmaatregelen. Geen enkel systeem is echter 100% veilig.</w:t>
      </w:r>
    </w:p>
    <w:p w14:paraId="0FC3C5D4" w14:textId="77777777" w:rsidR="001E0CFE" w:rsidRPr="001E0CFE" w:rsidRDefault="001E0CFE" w:rsidP="001E0CFE">
      <w:pPr>
        <w:rPr>
          <w:lang w:val="nl-NL"/>
        </w:rPr>
      </w:pPr>
      <w:r w:rsidRPr="001E0CFE">
        <w:rPr>
          <w:b/>
          <w:bCs/>
          <w:lang w:val="nl-NL"/>
        </w:rPr>
        <w:t>Opslag van gegevens:</w:t>
      </w:r>
      <w:r w:rsidRPr="001E0CFE">
        <w:rPr>
          <w:lang w:val="nl-NL"/>
        </w:rPr>
        <w:br/>
        <w:t>Wij streven ernaar je gegevens binnen de EER op te slaan. Indien elders, zorgen wij voor passende waarborgen.</w:t>
      </w:r>
    </w:p>
    <w:p w14:paraId="6488FDCD" w14:textId="77777777" w:rsidR="001E0CFE" w:rsidRPr="001E0CFE" w:rsidRDefault="001E0CFE" w:rsidP="001E0CFE">
      <w:pPr>
        <w:rPr>
          <w:lang w:val="nl-NL"/>
        </w:rPr>
      </w:pPr>
      <w:r w:rsidRPr="001E0CFE">
        <w:rPr>
          <w:b/>
          <w:bCs/>
          <w:lang w:val="nl-NL"/>
        </w:rPr>
        <w:t>Bewaartermijn:</w:t>
      </w:r>
      <w:r w:rsidRPr="001E0CFE">
        <w:rPr>
          <w:lang w:val="nl-NL"/>
        </w:rPr>
        <w:br/>
        <w:t>Wij bewaren je gegevens zolang als wettelijk nodig is, daarna worden deze verwijderd of geanonimiseerd.</w:t>
      </w:r>
    </w:p>
    <w:p w14:paraId="767D8C9E" w14:textId="77777777" w:rsidR="001E0CFE" w:rsidRPr="001E0CFE" w:rsidRDefault="001E0CFE" w:rsidP="001E0CFE">
      <w:pPr>
        <w:rPr>
          <w:lang w:val="nl-NL"/>
        </w:rPr>
      </w:pPr>
      <w:r w:rsidRPr="001E0CFE">
        <w:rPr>
          <w:b/>
          <w:bCs/>
          <w:lang w:val="nl-NL"/>
        </w:rPr>
        <w:t>Wijzigingen:</w:t>
      </w:r>
      <w:r w:rsidRPr="001E0CFE">
        <w:rPr>
          <w:lang w:val="nl-NL"/>
        </w:rPr>
        <w:br/>
        <w:t>Deze privacyverklaring kan periodiek worden bijgewerkt. Je wordt op de hoogte gebracht van belangrijke wijzigingen.</w:t>
      </w:r>
    </w:p>
    <w:p w14:paraId="49887FDC" w14:textId="77777777" w:rsidR="001E0CFE" w:rsidRPr="001E0CFE" w:rsidRDefault="001E0CFE" w:rsidP="001E0CFE">
      <w:pPr>
        <w:rPr>
          <w:lang w:val="nl-NL"/>
        </w:rPr>
      </w:pPr>
      <w:r w:rsidRPr="001E0CFE">
        <w:rPr>
          <w:lang w:val="nl-NL"/>
        </w:rPr>
        <w:pict w14:anchorId="48E0FCDF">
          <v:rect id="_x0000_i1132" style="width:0;height:1.5pt" o:hralign="center" o:hrstd="t" o:hr="t" fillcolor="#a0a0a0" stroked="f"/>
        </w:pict>
      </w:r>
    </w:p>
    <w:p w14:paraId="149DFB82" w14:textId="77777777" w:rsidR="001E0CFE" w:rsidRPr="001E0CFE" w:rsidRDefault="001E0CFE" w:rsidP="001E0CFE">
      <w:pPr>
        <w:rPr>
          <w:b/>
          <w:bCs/>
          <w:lang w:val="nl-NL"/>
        </w:rPr>
      </w:pPr>
      <w:r w:rsidRPr="001E0CFE">
        <w:rPr>
          <w:b/>
          <w:bCs/>
          <w:lang w:val="nl-NL"/>
        </w:rPr>
        <w:t>7. Contact</w:t>
      </w:r>
    </w:p>
    <w:p w14:paraId="0BC662E0" w14:textId="77777777" w:rsidR="001E0CFE" w:rsidRPr="001E0CFE" w:rsidRDefault="001E0CFE" w:rsidP="001E0CFE">
      <w:pPr>
        <w:rPr>
          <w:lang w:val="nl-NL"/>
        </w:rPr>
      </w:pPr>
      <w:r w:rsidRPr="001E0CFE">
        <w:rPr>
          <w:lang w:val="nl-NL"/>
        </w:rPr>
        <w:t xml:space="preserve">Heb je vragen of suggesties over ons </w:t>
      </w:r>
      <w:proofErr w:type="spellStart"/>
      <w:r w:rsidRPr="001E0CFE">
        <w:rPr>
          <w:lang w:val="nl-NL"/>
        </w:rPr>
        <w:t>privacybeleid</w:t>
      </w:r>
      <w:proofErr w:type="spellEnd"/>
      <w:r w:rsidRPr="001E0CFE">
        <w:rPr>
          <w:lang w:val="nl-NL"/>
        </w:rPr>
        <w:t xml:space="preserve"> of de verwerking van persoonsgegevens? Neem dan contact met ons op via:</w:t>
      </w:r>
    </w:p>
    <w:p w14:paraId="54CBEB23" w14:textId="77777777" w:rsidR="001E0CFE" w:rsidRPr="001E0CFE" w:rsidRDefault="001E0CFE" w:rsidP="001E0CFE">
      <w:pPr>
        <w:rPr>
          <w:lang w:val="nl-NL"/>
        </w:rPr>
      </w:pPr>
      <w:r w:rsidRPr="001E0CFE">
        <w:rPr>
          <w:rFonts w:ascii="Segoe UI Emoji" w:hAnsi="Segoe UI Emoji" w:cs="Segoe UI Emoji"/>
          <w:lang w:val="nl-NL"/>
        </w:rPr>
        <w:t>👉</w:t>
      </w:r>
      <w:r w:rsidRPr="001E0CFE">
        <w:rPr>
          <w:lang w:val="nl-NL"/>
        </w:rPr>
        <w:t xml:space="preserve"> </w:t>
      </w:r>
      <w:hyperlink r:id="rId8" w:tgtFrame="_new" w:history="1">
        <w:r w:rsidRPr="001E0CFE">
          <w:rPr>
            <w:rStyle w:val="Hyperlink"/>
            <w:lang w:val="nl-NL"/>
          </w:rPr>
          <w:t>www.e-hive.eu/contact-us</w:t>
        </w:r>
      </w:hyperlink>
    </w:p>
    <w:p w14:paraId="1F7D2071" w14:textId="3635CA3B" w:rsidR="0086412A" w:rsidRPr="0086412A" w:rsidRDefault="0086412A" w:rsidP="0086412A">
      <w:pPr>
        <w:rPr>
          <w:lang w:val="nl-NL"/>
        </w:rPr>
      </w:pPr>
    </w:p>
    <w:p w14:paraId="11B20339" w14:textId="17F727C8" w:rsidR="00CC65C1" w:rsidRDefault="00CC65C1"/>
    <w:sectPr w:rsidR="00CC65C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2A53146"/>
    <w:multiLevelType w:val="multilevel"/>
    <w:tmpl w:val="06E6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C565FA"/>
    <w:multiLevelType w:val="multilevel"/>
    <w:tmpl w:val="E786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A065C3"/>
    <w:multiLevelType w:val="multilevel"/>
    <w:tmpl w:val="624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7F0CD9"/>
    <w:multiLevelType w:val="multilevel"/>
    <w:tmpl w:val="3D60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61786B"/>
    <w:multiLevelType w:val="multilevel"/>
    <w:tmpl w:val="C0E0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34FA8"/>
    <w:multiLevelType w:val="multilevel"/>
    <w:tmpl w:val="40F8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D8255F"/>
    <w:multiLevelType w:val="multilevel"/>
    <w:tmpl w:val="C616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27070A"/>
    <w:multiLevelType w:val="multilevel"/>
    <w:tmpl w:val="9840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EA6E90"/>
    <w:multiLevelType w:val="multilevel"/>
    <w:tmpl w:val="AFE8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5C0F44"/>
    <w:multiLevelType w:val="multilevel"/>
    <w:tmpl w:val="CB00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BC4DBB"/>
    <w:multiLevelType w:val="multilevel"/>
    <w:tmpl w:val="8978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31541">
    <w:abstractNumId w:val="8"/>
  </w:num>
  <w:num w:numId="2" w16cid:durableId="1086996213">
    <w:abstractNumId w:val="6"/>
  </w:num>
  <w:num w:numId="3" w16cid:durableId="151995947">
    <w:abstractNumId w:val="5"/>
  </w:num>
  <w:num w:numId="4" w16cid:durableId="947658443">
    <w:abstractNumId w:val="4"/>
  </w:num>
  <w:num w:numId="5" w16cid:durableId="902762895">
    <w:abstractNumId w:val="7"/>
  </w:num>
  <w:num w:numId="6" w16cid:durableId="1026980713">
    <w:abstractNumId w:val="3"/>
  </w:num>
  <w:num w:numId="7" w16cid:durableId="1792624446">
    <w:abstractNumId w:val="2"/>
  </w:num>
  <w:num w:numId="8" w16cid:durableId="1794247082">
    <w:abstractNumId w:val="1"/>
  </w:num>
  <w:num w:numId="9" w16cid:durableId="331103449">
    <w:abstractNumId w:val="0"/>
  </w:num>
  <w:num w:numId="10" w16cid:durableId="1929384104">
    <w:abstractNumId w:val="9"/>
  </w:num>
  <w:num w:numId="11" w16cid:durableId="909193135">
    <w:abstractNumId w:val="14"/>
  </w:num>
  <w:num w:numId="12" w16cid:durableId="1018122548">
    <w:abstractNumId w:val="11"/>
  </w:num>
  <w:num w:numId="13" w16cid:durableId="603730315">
    <w:abstractNumId w:val="19"/>
  </w:num>
  <w:num w:numId="14" w16cid:durableId="376784997">
    <w:abstractNumId w:val="16"/>
  </w:num>
  <w:num w:numId="15" w16cid:durableId="1462263617">
    <w:abstractNumId w:val="18"/>
  </w:num>
  <w:num w:numId="16" w16cid:durableId="2029866574">
    <w:abstractNumId w:val="13"/>
  </w:num>
  <w:num w:numId="17" w16cid:durableId="2068724351">
    <w:abstractNumId w:val="15"/>
  </w:num>
  <w:num w:numId="18" w16cid:durableId="1034230044">
    <w:abstractNumId w:val="17"/>
  </w:num>
  <w:num w:numId="19" w16cid:durableId="379404962">
    <w:abstractNumId w:val="10"/>
  </w:num>
  <w:num w:numId="20" w16cid:durableId="2653119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0CFE"/>
    <w:rsid w:val="0029639D"/>
    <w:rsid w:val="00326F90"/>
    <w:rsid w:val="0086412A"/>
    <w:rsid w:val="00AA1D8D"/>
    <w:rsid w:val="00B47730"/>
    <w:rsid w:val="00CB0664"/>
    <w:rsid w:val="00CC65C1"/>
    <w:rsid w:val="00EF5565"/>
    <w:rsid w:val="00F139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FC3542"/>
  <w14:defaultImageDpi w14:val="300"/>
  <w15:docId w15:val="{D712F107-C877-459E-9ED7-5FCFB9C9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86412A"/>
    <w:rPr>
      <w:color w:val="0000FF" w:themeColor="hyperlink"/>
      <w:u w:val="single"/>
    </w:rPr>
  </w:style>
  <w:style w:type="character" w:styleId="Onopgelostemelding">
    <w:name w:val="Unresolved Mention"/>
    <w:basedOn w:val="Standaardalinea-lettertype"/>
    <w:uiPriority w:val="99"/>
    <w:semiHidden/>
    <w:unhideWhenUsed/>
    <w:rsid w:val="00864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026842">
      <w:bodyDiv w:val="1"/>
      <w:marLeft w:val="0"/>
      <w:marRight w:val="0"/>
      <w:marTop w:val="0"/>
      <w:marBottom w:val="0"/>
      <w:divBdr>
        <w:top w:val="none" w:sz="0" w:space="0" w:color="auto"/>
        <w:left w:val="none" w:sz="0" w:space="0" w:color="auto"/>
        <w:bottom w:val="none" w:sz="0" w:space="0" w:color="auto"/>
        <w:right w:val="none" w:sz="0" w:space="0" w:color="auto"/>
      </w:divBdr>
    </w:div>
    <w:div w:id="471597671">
      <w:bodyDiv w:val="1"/>
      <w:marLeft w:val="0"/>
      <w:marRight w:val="0"/>
      <w:marTop w:val="0"/>
      <w:marBottom w:val="0"/>
      <w:divBdr>
        <w:top w:val="none" w:sz="0" w:space="0" w:color="auto"/>
        <w:left w:val="none" w:sz="0" w:space="0" w:color="auto"/>
        <w:bottom w:val="none" w:sz="0" w:space="0" w:color="auto"/>
        <w:right w:val="none" w:sz="0" w:space="0" w:color="auto"/>
      </w:divBdr>
    </w:div>
    <w:div w:id="761415666">
      <w:bodyDiv w:val="1"/>
      <w:marLeft w:val="0"/>
      <w:marRight w:val="0"/>
      <w:marTop w:val="0"/>
      <w:marBottom w:val="0"/>
      <w:divBdr>
        <w:top w:val="none" w:sz="0" w:space="0" w:color="auto"/>
        <w:left w:val="none" w:sz="0" w:space="0" w:color="auto"/>
        <w:bottom w:val="none" w:sz="0" w:space="0" w:color="auto"/>
        <w:right w:val="none" w:sz="0" w:space="0" w:color="auto"/>
      </w:divBdr>
    </w:div>
    <w:div w:id="1798404041">
      <w:bodyDiv w:val="1"/>
      <w:marLeft w:val="0"/>
      <w:marRight w:val="0"/>
      <w:marTop w:val="0"/>
      <w:marBottom w:val="0"/>
      <w:divBdr>
        <w:top w:val="none" w:sz="0" w:space="0" w:color="auto"/>
        <w:left w:val="none" w:sz="0" w:space="0" w:color="auto"/>
        <w:bottom w:val="none" w:sz="0" w:space="0" w:color="auto"/>
        <w:right w:val="none" w:sz="0" w:space="0" w:color="auto"/>
      </w:divBdr>
    </w:div>
    <w:div w:id="2081714257">
      <w:bodyDiv w:val="1"/>
      <w:marLeft w:val="0"/>
      <w:marRight w:val="0"/>
      <w:marTop w:val="0"/>
      <w:marBottom w:val="0"/>
      <w:divBdr>
        <w:top w:val="none" w:sz="0" w:space="0" w:color="auto"/>
        <w:left w:val="none" w:sz="0" w:space="0" w:color="auto"/>
        <w:bottom w:val="none" w:sz="0" w:space="0" w:color="auto"/>
        <w:right w:val="none" w:sz="0" w:space="0" w:color="auto"/>
      </w:divBdr>
    </w:div>
    <w:div w:id="21157860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ive.eu/contact-us" TargetMode="External"/><Relationship Id="rId3" Type="http://schemas.openxmlformats.org/officeDocument/2006/relationships/styles" Target="styles.xml"/><Relationship Id="rId7" Type="http://schemas.openxmlformats.org/officeDocument/2006/relationships/hyperlink" Target="https://www.google.com/policies/privacy/partn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hatarecookies.com/delete.as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5</Pages>
  <Words>1250</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Roy Spronken</cp:lastModifiedBy>
  <cp:revision>3</cp:revision>
  <dcterms:created xsi:type="dcterms:W3CDTF">2025-04-16T12:29:00Z</dcterms:created>
  <dcterms:modified xsi:type="dcterms:W3CDTF">2025-04-17T11:37:00Z</dcterms:modified>
  <cp:category/>
</cp:coreProperties>
</file>